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הקסם של מים מהים – התפלה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פועל תהליך ההתפלה של מי 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יתרונות ואתגרים של התפלת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מצב ישראל למדינות אחרות עם בעיית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מהכנרת וממי 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לתת למים לעבור ולעצור את רוב המלח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 ים מלוחים מדי לשתייה ישירה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התהליך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ההתפלה צורכת הרבה חשמל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ממברנות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תמלחת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יתרון או אתגר של ההתפלה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(אתגר)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(אתגר)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(יתרון)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שואבים מי ים בצינורות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מסננים חול ולכלוך מהמים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דוחפים את המים בלחץ חזק דרך ממברנות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מינרלים חשובים 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לפחות נימוק אחד בעד (כמו אספקת מים קבועה) ונימוק אחד נגד (כמו צריכת חשמל או פגיעה אפשרית 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ממברנה מפרידה בין מים למלח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יתרון: מקור מים קבוע; אתגר: צריכת חשמל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לפגוע ביצורים שחיים בים באזור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סרטון קצר על עקרון האוסמוזה ההפוכה לפני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על תחנת העצירה בטקסט לגבי חיסכון במים גם כשיש התפלה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עם כרטיסיות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הקסם של מים מהים – התפלה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ישראל היא ארץ חמה עם מעט גשם, ולכן היא הפכה מומחית עולמית בהתפלת מי ים. בדף זה נלמד איך הופכים מים מלוחים למים מתוקים ואילו אתגרים זה יוצר.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תמלחת  ·  הפוכה  ·  ממברנות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מאיפה הגיעו בעבר רוב מי השתייה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מהכנרת וממי תהום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מגשם שנאסף על גגות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 הממברנות במתקן ההתפלה?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לחמם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להוסיף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לתת למים לעבור ולעצור את רוב המלח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 ים טובים לשתייה בלי שום טיפול.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באוסמוזה הפוכה דוחפים מים בלחץ דרך קרום דק.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ההתפלה לא צורכת חשמל בכלל.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הקרומים הדקים שדרכם עוברים המים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התהליך שבו דוחפים מים בלחץ דרך קרום דק נקרא אוסמוזה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המים המלוחים מאוד שנשארים אחרי ההתפלה נקראים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מיון: יתרון או אתגר של ההתפלה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בנייה של מתקנים גדולים ויקרים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אתגר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פחות לחץ על הכנרת ומי התהום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צריך לטפל בתמלחת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מים גם בשנה עם מעט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אתגר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ההתפלה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מינרלים חשובים למים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דוחפים את המים בלחץ חזק דרך ממברנות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שואבים מי ים בצינורות גדולים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מסננים חול ולכלוך מהמים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האם לדעתכם התפלה היא פתרון מושלם לבעיית המים? נמקו בעד ובנגד.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מים לפני ואחרי מעבר בממברנה?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ליתרון וליתרון אחד לאתגר בהתפלה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הקסם של מים מהים – התפלה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