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הקסם של מים מהים – התפלה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פועל תהליך ההתפלה של מי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ואתגרים של התפלת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מצב ישראל למדינות אחרות עם בעיית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מהכנרת וממי 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לתת למים לעבור ולעצור את רוב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היא צורכת הרבה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מסננים חול ולכלוך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כי היא ארץ חמה עם גשם מועט ויש לה חוף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כדי שהיצורים בים לא ייפגעו ממים מלוחים מדי במקום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ים מלוחים מדי לשתייה ישירה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התהליך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ההתפלה צורכת הרבה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התמלחת היא מים מלוחים מאוד שצריך להחזיר לים 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ממברנות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מינרלים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יתרון או אתגר של ההתפלה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(יתרון)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שואבים מי ים בצינורות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מסננים חול ולכלוך מהמים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דוחפים את המים בלחץ חזק דרך ממברנות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מינרלים חשובים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המים יוצאים לרשת המים הארצית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לפחות נימוק אחד בעד (כמו אספקת מים קבועה) ונימוק אחד נגד (כמו צריכת חשמל או פגיעה אפשרית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דמיון: גם שם יש אזורים חמים עם מעט גשם וחוף ארוך. שוני: בספרד ההתפלה עוזרת לחקלאות ולתיירות, באוסטרליה היא גיבוי לתקופות בצורת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ממברנה מפרידה בין מים למלח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יתרון: מקור מים קבוע; אתגר: צריכת חשמל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לפגוע ביצורים שחיים בים באזור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סרטון קצר על עקרון האוסמוזה ההפוכה לפני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על תחנת העצירה בטקסט לגבי חיסכון במים גם כשיש התפלה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עם כרטיסיות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הקסם של מים מהים – התפלה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ישראל היא ארץ חמה עם מעט גשם, ולכן היא הפכה מומחית עולמית בהתפלת מי ים. בדף זה נלמד איך הופכים מים מלוחים למים מתוקים ואילו אתגרים זה יוצר.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הגיעו בעבר רוב מי השתייה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מהכנרת וממי תהום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מגשם שנאסף על גגות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ממדינות שכנות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הממברנות במתקן ההתפלה?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לחמם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למים לעבור ולעצור את רוב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לצבוע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אתגר של ההתפלה מוזכר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צורכת הרבה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המים יוצאים מלוחים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עובדת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לעשות אותה רק בהרים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המים לפני שהם עוברים בממברנות?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מחממים אותם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מסננים חול ולכלוך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מקפיאים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דווקא ישראל השקיעה הרבה בהתפלה?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בה בכלל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הגשם בה רב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בה תושבים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ארץ חמה עם גשם מועט ויש לה חוף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צריך להחזיר את התמלחת לים בזהירות?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שהיצורים בים לא ייפגעו ממים מלוחים מדי במקום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מסוכנת לרחצה בכל החוף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אפשר למכור אותה 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חמה כמו 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ים טובים לשתייה בלי שום טיפול.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באוסמוזה הפוכה דוחפים מים בלחץ דרך קרום דק.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ההתפלה לא צורכת חשמל בכלל.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גדול ממי השתייה בישראל מגיע היום מהתפלה.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התמלחת היא מים מתוקים שאפשר לשתות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הקרומים הדקים שדרכם עוברים המים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התהליך שבו דוחפים מים בלחץ דרך קרום דק נקרא אוסמוזה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המים המלוחים מאוד שנשארים אחרי ההתפלה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שנה __________ מי השתייה בישראל הגיעו בעיקר מהכנרת וממי תהום.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תהליך ההתפלה מוסיפים למים __________ חשובים.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יתרון או אתגר של ההתפלה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בנייה של מתקנים גדולים ויקרים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פחות לחץ על הכנרת ומי התהום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צריך לטפל בתמלחת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מים גם בשנה עם מעט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צריכה גבוהה של חשמל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מקור מים קרוב לערים שעל החוף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אתגר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ההתפלה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דוחפים את המים בלחץ חזק דרך ממברנות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יוצאים לרשת המים הארצית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מינרלים חשובים 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מסננים חול ולכלוך מהמים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שואבים מי ים בצינורות גדולים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לדעתכם התפלה היא פתרון מושלם לבעיית המים? נמקו בעד ובנגד.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ומה שונה בין הסיבות להתפלה בישראל לבין הסיבות בספרד ובאוסטרליה?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מים לפני ואחרי מעבר בממברנה?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ליתרון וליתרון אחד לאתגר בהתפלה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צריך להחזיר את התמלחת לים בזהירות?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הקסם של מים מהים – התפלה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